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1: What Is a Political Party?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Political Parties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What is a political party?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What is a platform?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How does a party become the government in BC?</w:t>
      </w:r>
    </w:p>
    <w:p>
      <w:pPr>
        <w:spacing w:after="80"/>
      </w:pPr>
      <w:r>
        <w:rPr>
          <w:b w:val="0"/>
          <w:i/>
          <w:sz w:val="18"/>
        </w:rPr>
        <w:t>(Grade 6 / challenge: why might a campaign use social media instead of TV ads?)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what a political party is and how a government forms.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